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9552E" w14:textId="45290D3F" w:rsidR="008555CF" w:rsidRDefault="008555CF" w:rsidP="00FC51FC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noProof/>
        </w:rPr>
        <w:drawing>
          <wp:inline distT="0" distB="0" distL="0" distR="0" wp14:anchorId="33D694D9" wp14:editId="6902B304">
            <wp:extent cx="4572000" cy="885600"/>
            <wp:effectExtent l="0" t="0" r="0" b="0"/>
            <wp:docPr id="2030510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62785" w14:textId="77777777" w:rsidR="00FC51FC" w:rsidRPr="00FC51FC" w:rsidRDefault="00FC51FC" w:rsidP="00FC51FC">
      <w:pPr>
        <w:rPr>
          <w:lang w:val="ru-RU"/>
        </w:rPr>
      </w:pPr>
    </w:p>
    <w:p w14:paraId="2006387C" w14:textId="4473DE1E" w:rsidR="000567C9" w:rsidRPr="00905931" w:rsidRDefault="00BA44F6" w:rsidP="000567C9">
      <w:pPr>
        <w:spacing w:after="240"/>
        <w:jc w:val="both"/>
        <w:rPr>
          <w:rFonts w:ascii="Times New Roman" w:hAnsi="Times New Roman" w:cs="Times New Roman"/>
          <w:lang w:val="ru-RU"/>
        </w:rPr>
      </w:pPr>
      <w:r w:rsidRPr="00905931">
        <w:rPr>
          <w:rFonts w:ascii="Times New Roman" w:hAnsi="Times New Roman" w:cs="Times New Roman"/>
          <w:lang w:val="ru-RU"/>
        </w:rPr>
        <w:t>Я</w:t>
      </w:r>
      <w:r w:rsidR="00723DDE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підтверджую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надаю </w:t>
      </w:r>
      <w:proofErr w:type="spellStart"/>
      <w:r w:rsidRPr="00905931">
        <w:rPr>
          <w:rFonts w:ascii="Times New Roman" w:hAnsi="Times New Roman" w:cs="Times New Roman"/>
          <w:lang w:val="ru-RU"/>
        </w:rPr>
        <w:t>добровільну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згоду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905931">
        <w:rPr>
          <w:rFonts w:ascii="Times New Roman" w:hAnsi="Times New Roman" w:cs="Times New Roman"/>
          <w:lang w:val="ru-RU"/>
        </w:rPr>
        <w:t>обробку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моїх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персональних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даних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 Закону </w:t>
      </w:r>
      <w:proofErr w:type="spellStart"/>
      <w:r w:rsidRPr="00905931">
        <w:rPr>
          <w:rFonts w:ascii="Times New Roman" w:hAnsi="Times New Roman" w:cs="Times New Roman"/>
          <w:lang w:val="ru-RU"/>
        </w:rPr>
        <w:t>України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«Про </w:t>
      </w:r>
      <w:proofErr w:type="spellStart"/>
      <w:r w:rsidRPr="00905931">
        <w:rPr>
          <w:rFonts w:ascii="Times New Roman" w:hAnsi="Times New Roman" w:cs="Times New Roman"/>
          <w:lang w:val="ru-RU"/>
        </w:rPr>
        <w:t>захист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персональних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даних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». </w:t>
      </w:r>
      <w:proofErr w:type="spellStart"/>
      <w:r w:rsidRPr="00905931">
        <w:rPr>
          <w:rFonts w:ascii="Times New Roman" w:hAnsi="Times New Roman" w:cs="Times New Roman"/>
          <w:lang w:val="ru-RU"/>
        </w:rPr>
        <w:t>Мені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повідомлено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надані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мною </w:t>
      </w:r>
      <w:proofErr w:type="spellStart"/>
      <w:r w:rsidRPr="00905931">
        <w:rPr>
          <w:rFonts w:ascii="Times New Roman" w:hAnsi="Times New Roman" w:cs="Times New Roman"/>
          <w:lang w:val="ru-RU"/>
        </w:rPr>
        <w:t>дані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використовуватимуться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виключно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905931">
        <w:rPr>
          <w:rFonts w:ascii="Times New Roman" w:hAnsi="Times New Roman" w:cs="Times New Roman"/>
          <w:lang w:val="ru-RU"/>
        </w:rPr>
        <w:t>цілей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пов’язаних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із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наданням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послуг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>-клубу.</w:t>
      </w:r>
    </w:p>
    <w:p w14:paraId="76607DB8" w14:textId="57C863D2" w:rsidR="007E7855" w:rsidRPr="00905931" w:rsidRDefault="000567C9" w:rsidP="007E7855">
      <w:pPr>
        <w:spacing w:after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05931">
        <w:rPr>
          <w:rFonts w:ascii="Times New Roman" w:hAnsi="Times New Roman" w:cs="Times New Roman"/>
          <w:lang w:val="ru-RU"/>
        </w:rPr>
        <w:t>Мені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відомо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реєстрація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905931">
        <w:rPr>
          <w:rFonts w:ascii="Times New Roman" w:hAnsi="Times New Roman" w:cs="Times New Roman"/>
          <w:lang w:val="ru-RU"/>
        </w:rPr>
        <w:t>мобільному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додатку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-клубу </w:t>
      </w:r>
      <w:r w:rsidRPr="00905931">
        <w:rPr>
          <w:rFonts w:ascii="Times New Roman" w:hAnsi="Times New Roman" w:cs="Times New Roman"/>
        </w:rPr>
        <w:t>ONEX</w:t>
      </w:r>
      <w:r w:rsidRPr="00905931">
        <w:rPr>
          <w:rFonts w:ascii="Times New Roman" w:hAnsi="Times New Roman" w:cs="Times New Roman"/>
          <w:lang w:val="ru-RU"/>
        </w:rPr>
        <w:t xml:space="preserve"> є </w:t>
      </w:r>
      <w:proofErr w:type="spellStart"/>
      <w:r w:rsidRPr="00905931">
        <w:rPr>
          <w:rFonts w:ascii="Times New Roman" w:hAnsi="Times New Roman" w:cs="Times New Roman"/>
          <w:lang w:val="ru-RU"/>
        </w:rPr>
        <w:t>обов’язковою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умовою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відвідування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клубу та </w:t>
      </w:r>
      <w:proofErr w:type="spellStart"/>
      <w:r w:rsidRPr="00905931">
        <w:rPr>
          <w:rFonts w:ascii="Times New Roman" w:hAnsi="Times New Roman" w:cs="Times New Roman"/>
          <w:lang w:val="ru-RU"/>
        </w:rPr>
        <w:t>отримання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доступу до будь-</w:t>
      </w:r>
      <w:proofErr w:type="spellStart"/>
      <w:r w:rsidRPr="00905931">
        <w:rPr>
          <w:rFonts w:ascii="Times New Roman" w:hAnsi="Times New Roman" w:cs="Times New Roman"/>
          <w:lang w:val="ru-RU"/>
        </w:rPr>
        <w:t>яких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послуг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. Без активного </w:t>
      </w:r>
      <w:proofErr w:type="spellStart"/>
      <w:r w:rsidRPr="00905931">
        <w:rPr>
          <w:rFonts w:ascii="Times New Roman" w:hAnsi="Times New Roman" w:cs="Times New Roman"/>
          <w:lang w:val="ru-RU"/>
        </w:rPr>
        <w:t>профілю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905931">
        <w:rPr>
          <w:rFonts w:ascii="Times New Roman" w:hAnsi="Times New Roman" w:cs="Times New Roman"/>
          <w:lang w:val="ru-RU"/>
        </w:rPr>
        <w:t>застосунку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вхід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 клубу </w:t>
      </w:r>
      <w:proofErr w:type="spellStart"/>
      <w:r w:rsidRPr="00905931">
        <w:rPr>
          <w:rFonts w:ascii="Times New Roman" w:hAnsi="Times New Roman" w:cs="Times New Roman"/>
          <w:lang w:val="ru-RU"/>
        </w:rPr>
        <w:t>неможливий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. Для початку </w:t>
      </w:r>
      <w:proofErr w:type="spellStart"/>
      <w:r w:rsidRPr="00905931">
        <w:rPr>
          <w:rFonts w:ascii="Times New Roman" w:hAnsi="Times New Roman" w:cs="Times New Roman"/>
          <w:lang w:val="ru-RU"/>
        </w:rPr>
        <w:t>користування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послугами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>-клубу</w:t>
      </w:r>
      <w:r w:rsidR="000A732C" w:rsidRPr="00905931">
        <w:rPr>
          <w:rFonts w:ascii="Times New Roman" w:hAnsi="Times New Roman" w:cs="Times New Roman"/>
          <w:lang w:val="ru-RU"/>
        </w:rPr>
        <w:t xml:space="preserve"> </w:t>
      </w:r>
      <w:r w:rsidR="000A732C" w:rsidRPr="00905931">
        <w:rPr>
          <w:rFonts w:ascii="Times New Roman" w:hAnsi="Times New Roman" w:cs="Times New Roman"/>
        </w:rPr>
        <w:t>ONEX</w:t>
      </w:r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необхідно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пройти </w:t>
      </w:r>
      <w:proofErr w:type="spellStart"/>
      <w:r w:rsidRPr="00905931">
        <w:rPr>
          <w:rFonts w:ascii="Times New Roman" w:hAnsi="Times New Roman" w:cs="Times New Roman"/>
          <w:lang w:val="ru-RU"/>
        </w:rPr>
        <w:t>обов’язкову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процедуру </w:t>
      </w:r>
      <w:proofErr w:type="spellStart"/>
      <w:r w:rsidRPr="00905931">
        <w:rPr>
          <w:rFonts w:ascii="Times New Roman" w:hAnsi="Times New Roman" w:cs="Times New Roman"/>
          <w:lang w:val="ru-RU"/>
        </w:rPr>
        <w:t>первинної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реєстрації</w:t>
      </w:r>
      <w:proofErr w:type="spellEnd"/>
      <w:r w:rsidRPr="00905931">
        <w:rPr>
          <w:rFonts w:ascii="Times New Roman" w:hAnsi="Times New Roman" w:cs="Times New Roman"/>
          <w:lang w:val="ru-RU"/>
        </w:rPr>
        <w:t>.</w:t>
      </w:r>
    </w:p>
    <w:p w14:paraId="5FBFD7C8" w14:textId="1E5F1444" w:rsidR="007E7855" w:rsidRPr="00905931" w:rsidRDefault="007E7855" w:rsidP="007E7855">
      <w:pPr>
        <w:spacing w:after="240"/>
        <w:jc w:val="both"/>
        <w:rPr>
          <w:rFonts w:ascii="Times New Roman" w:hAnsi="Times New Roman" w:cs="Times New Roman"/>
          <w:lang w:val="ru-RU"/>
        </w:rPr>
      </w:pPr>
      <w:r w:rsidRPr="00905931">
        <w:rPr>
          <w:rFonts w:ascii="Times New Roman" w:hAnsi="Times New Roman" w:cs="Times New Roman"/>
          <w:lang w:val="ru-RU"/>
        </w:rPr>
        <w:t xml:space="preserve">Процедура </w:t>
      </w:r>
      <w:proofErr w:type="spellStart"/>
      <w:r w:rsidRPr="00905931">
        <w:rPr>
          <w:rFonts w:ascii="Times New Roman" w:hAnsi="Times New Roman" w:cs="Times New Roman"/>
          <w:lang w:val="ru-RU"/>
        </w:rPr>
        <w:t>реєстрації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клієнта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включає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в себе: </w:t>
      </w:r>
      <w:proofErr w:type="spellStart"/>
      <w:r w:rsidRPr="00905931">
        <w:rPr>
          <w:rFonts w:ascii="Times New Roman" w:hAnsi="Times New Roman" w:cs="Times New Roman"/>
          <w:lang w:val="ru-RU"/>
        </w:rPr>
        <w:t>заповнення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анкети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ідентифікацію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особи за </w:t>
      </w:r>
      <w:proofErr w:type="spellStart"/>
      <w:r w:rsidRPr="00905931">
        <w:rPr>
          <w:rFonts w:ascii="Times New Roman" w:hAnsi="Times New Roman" w:cs="Times New Roman"/>
          <w:lang w:val="ru-RU"/>
        </w:rPr>
        <w:t>допомогою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офіційного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документа (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посвідчує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особу) </w:t>
      </w:r>
      <w:proofErr w:type="spellStart"/>
      <w:r w:rsidRPr="00905931">
        <w:rPr>
          <w:rFonts w:ascii="Times New Roman" w:hAnsi="Times New Roman" w:cs="Times New Roman"/>
          <w:lang w:val="ru-RU"/>
        </w:rPr>
        <w:t>або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через </w:t>
      </w:r>
      <w:proofErr w:type="spellStart"/>
      <w:r w:rsidRPr="00905931">
        <w:rPr>
          <w:rFonts w:ascii="Times New Roman" w:hAnsi="Times New Roman" w:cs="Times New Roman"/>
          <w:lang w:val="ru-RU"/>
        </w:rPr>
        <w:t>мобільний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застосунок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ДІЯ, </w:t>
      </w:r>
      <w:proofErr w:type="spellStart"/>
      <w:r w:rsidRPr="00905931">
        <w:rPr>
          <w:rFonts w:ascii="Times New Roman" w:hAnsi="Times New Roman" w:cs="Times New Roman"/>
          <w:lang w:val="ru-RU"/>
        </w:rPr>
        <w:t>фотографування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905931">
        <w:rPr>
          <w:rFonts w:ascii="Times New Roman" w:hAnsi="Times New Roman" w:cs="Times New Roman"/>
          <w:lang w:val="ru-RU"/>
        </w:rPr>
        <w:t>клієнтської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бази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а </w:t>
      </w:r>
      <w:proofErr w:type="spellStart"/>
      <w:r w:rsidRPr="00905931">
        <w:rPr>
          <w:rFonts w:ascii="Times New Roman" w:hAnsi="Times New Roman" w:cs="Times New Roman"/>
          <w:lang w:val="ru-RU"/>
        </w:rPr>
        <w:t>також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ознайомлення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 правилами клубу та договором-офертою, чинна </w:t>
      </w:r>
      <w:proofErr w:type="spellStart"/>
      <w:r w:rsidRPr="00905931">
        <w:rPr>
          <w:rFonts w:ascii="Times New Roman" w:hAnsi="Times New Roman" w:cs="Times New Roman"/>
          <w:lang w:val="ru-RU"/>
        </w:rPr>
        <w:t>редакція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якого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розміщена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905931">
        <w:rPr>
          <w:rFonts w:ascii="Times New Roman" w:hAnsi="Times New Roman" w:cs="Times New Roman"/>
          <w:lang w:val="ru-RU"/>
        </w:rPr>
        <w:t>офіційному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мобільному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додатку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та на </w:t>
      </w:r>
      <w:proofErr w:type="spellStart"/>
      <w:r w:rsidRPr="00905931">
        <w:rPr>
          <w:rFonts w:ascii="Times New Roman" w:hAnsi="Times New Roman" w:cs="Times New Roman"/>
          <w:lang w:val="ru-RU"/>
        </w:rPr>
        <w:t>сайті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клубу за </w:t>
      </w:r>
      <w:proofErr w:type="spellStart"/>
      <w:r w:rsidRPr="00905931">
        <w:rPr>
          <w:rFonts w:ascii="Times New Roman" w:hAnsi="Times New Roman" w:cs="Times New Roman"/>
          <w:lang w:val="ru-RU"/>
        </w:rPr>
        <w:t>адресою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: </w:t>
      </w:r>
      <w:hyperlink r:id="rId9" w:history="1">
        <w:r w:rsidR="00672AD8" w:rsidRPr="00905931">
          <w:rPr>
            <w:rStyle w:val="affa"/>
            <w:rFonts w:ascii="Times New Roman" w:hAnsi="Times New Roman" w:cs="Times New Roman"/>
          </w:rPr>
          <w:t>https</w:t>
        </w:r>
        <w:r w:rsidR="00672AD8" w:rsidRPr="00905931">
          <w:rPr>
            <w:rStyle w:val="affa"/>
            <w:rFonts w:ascii="Times New Roman" w:hAnsi="Times New Roman" w:cs="Times New Roman"/>
            <w:lang w:val="ru-RU"/>
          </w:rPr>
          <w:t>://</w:t>
        </w:r>
        <w:r w:rsidR="00672AD8" w:rsidRPr="00905931">
          <w:rPr>
            <w:rStyle w:val="affa"/>
            <w:rFonts w:ascii="Times New Roman" w:hAnsi="Times New Roman" w:cs="Times New Roman"/>
          </w:rPr>
          <w:t>www</w:t>
        </w:r>
        <w:r w:rsidR="00672AD8" w:rsidRPr="00905931">
          <w:rPr>
            <w:rStyle w:val="affa"/>
            <w:rFonts w:ascii="Times New Roman" w:hAnsi="Times New Roman" w:cs="Times New Roman"/>
            <w:lang w:val="ru-RU"/>
          </w:rPr>
          <w:t>.</w:t>
        </w:r>
        <w:proofErr w:type="spellStart"/>
        <w:r w:rsidR="00672AD8" w:rsidRPr="00905931">
          <w:rPr>
            <w:rStyle w:val="affa"/>
            <w:rFonts w:ascii="Times New Roman" w:hAnsi="Times New Roman" w:cs="Times New Roman"/>
          </w:rPr>
          <w:t>onexgym</w:t>
        </w:r>
        <w:proofErr w:type="spellEnd"/>
        <w:r w:rsidR="00672AD8" w:rsidRPr="00905931">
          <w:rPr>
            <w:rStyle w:val="affa"/>
            <w:rFonts w:ascii="Times New Roman" w:hAnsi="Times New Roman" w:cs="Times New Roman"/>
            <w:lang w:val="ru-RU"/>
          </w:rPr>
          <w:t>.</w:t>
        </w:r>
        <w:r w:rsidR="00672AD8" w:rsidRPr="00905931">
          <w:rPr>
            <w:rStyle w:val="affa"/>
            <w:rFonts w:ascii="Times New Roman" w:hAnsi="Times New Roman" w:cs="Times New Roman"/>
          </w:rPr>
          <w:t>com</w:t>
        </w:r>
        <w:r w:rsidR="00672AD8" w:rsidRPr="00905931">
          <w:rPr>
            <w:rStyle w:val="affa"/>
            <w:rFonts w:ascii="Times New Roman" w:hAnsi="Times New Roman" w:cs="Times New Roman"/>
            <w:lang w:val="ru-RU"/>
          </w:rPr>
          <w:t>.</w:t>
        </w:r>
        <w:proofErr w:type="spellStart"/>
        <w:r w:rsidR="00672AD8" w:rsidRPr="00905931">
          <w:rPr>
            <w:rStyle w:val="affa"/>
            <w:rFonts w:ascii="Times New Roman" w:hAnsi="Times New Roman" w:cs="Times New Roman"/>
          </w:rPr>
          <w:t>ua</w:t>
        </w:r>
        <w:proofErr w:type="spellEnd"/>
        <w:r w:rsidR="00672AD8" w:rsidRPr="00905931">
          <w:rPr>
            <w:rStyle w:val="affa"/>
            <w:rFonts w:ascii="Times New Roman" w:hAnsi="Times New Roman" w:cs="Times New Roman"/>
            <w:lang w:val="ru-RU"/>
          </w:rPr>
          <w:t>/</w:t>
        </w:r>
      </w:hyperlink>
      <w:r w:rsidRPr="00905931">
        <w:rPr>
          <w:rFonts w:ascii="Times New Roman" w:hAnsi="Times New Roman" w:cs="Times New Roman"/>
          <w:lang w:val="ru-RU"/>
        </w:rPr>
        <w:t>.</w:t>
      </w:r>
      <w:r w:rsidR="00672AD8" w:rsidRPr="00905931">
        <w:rPr>
          <w:rFonts w:ascii="Times New Roman" w:hAnsi="Times New Roman" w:cs="Times New Roman"/>
          <w:lang w:val="uk-UA"/>
        </w:rPr>
        <w:t xml:space="preserve"> </w:t>
      </w:r>
      <w:r w:rsidRPr="00905931">
        <w:rPr>
          <w:rFonts w:ascii="Times New Roman" w:hAnsi="Times New Roman" w:cs="Times New Roman"/>
          <w:lang w:val="ru-RU"/>
        </w:rPr>
        <w:t xml:space="preserve">Я </w:t>
      </w:r>
      <w:proofErr w:type="spellStart"/>
      <w:r w:rsidRPr="00905931">
        <w:rPr>
          <w:rFonts w:ascii="Times New Roman" w:hAnsi="Times New Roman" w:cs="Times New Roman"/>
          <w:lang w:val="ru-RU"/>
        </w:rPr>
        <w:t>усвідомлюю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05931">
        <w:rPr>
          <w:rFonts w:ascii="Times New Roman" w:hAnsi="Times New Roman" w:cs="Times New Roman"/>
          <w:lang w:val="ru-RU"/>
        </w:rPr>
        <w:t>підтверджую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905931">
        <w:rPr>
          <w:rFonts w:ascii="Times New Roman" w:hAnsi="Times New Roman" w:cs="Times New Roman"/>
          <w:lang w:val="ru-RU"/>
        </w:rPr>
        <w:t>повноцінної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реєстрації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905931">
        <w:rPr>
          <w:rFonts w:ascii="Times New Roman" w:hAnsi="Times New Roman" w:cs="Times New Roman"/>
          <w:lang w:val="ru-RU"/>
        </w:rPr>
        <w:t>системі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05931">
        <w:rPr>
          <w:rFonts w:ascii="Times New Roman" w:hAnsi="Times New Roman" w:cs="Times New Roman"/>
          <w:lang w:val="ru-RU"/>
        </w:rPr>
        <w:t>отримання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доступу до </w:t>
      </w:r>
      <w:proofErr w:type="spellStart"/>
      <w:r w:rsidRPr="00905931">
        <w:rPr>
          <w:rFonts w:ascii="Times New Roman" w:hAnsi="Times New Roman" w:cs="Times New Roman"/>
          <w:lang w:val="ru-RU"/>
        </w:rPr>
        <w:t>послуг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-клубу </w:t>
      </w:r>
      <w:proofErr w:type="spellStart"/>
      <w:r w:rsidRPr="00905931">
        <w:rPr>
          <w:rFonts w:ascii="Times New Roman" w:hAnsi="Times New Roman" w:cs="Times New Roman"/>
          <w:lang w:val="ru-RU"/>
        </w:rPr>
        <w:t>необхідно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пройти процедуру </w:t>
      </w:r>
      <w:proofErr w:type="spellStart"/>
      <w:r w:rsidRPr="00905931">
        <w:rPr>
          <w:rFonts w:ascii="Times New Roman" w:hAnsi="Times New Roman" w:cs="Times New Roman"/>
          <w:lang w:val="ru-RU"/>
        </w:rPr>
        <w:t>ідентифікації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905931">
        <w:rPr>
          <w:rFonts w:ascii="Times New Roman" w:hAnsi="Times New Roman" w:cs="Times New Roman"/>
          <w:lang w:val="ru-RU"/>
        </w:rPr>
        <w:t>Реєстрація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здійснюється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особисто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905931">
        <w:rPr>
          <w:rFonts w:ascii="Times New Roman" w:hAnsi="Times New Roman" w:cs="Times New Roman"/>
          <w:lang w:val="ru-RU"/>
        </w:rPr>
        <w:t>рецепції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-клубу за </w:t>
      </w:r>
      <w:proofErr w:type="spellStart"/>
      <w:r w:rsidRPr="00905931">
        <w:rPr>
          <w:rFonts w:ascii="Times New Roman" w:hAnsi="Times New Roman" w:cs="Times New Roman"/>
          <w:lang w:val="ru-RU"/>
        </w:rPr>
        <w:t>участі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куратора. </w:t>
      </w:r>
      <w:proofErr w:type="spellStart"/>
      <w:r w:rsidRPr="00905931">
        <w:rPr>
          <w:rFonts w:ascii="Times New Roman" w:hAnsi="Times New Roman" w:cs="Times New Roman"/>
          <w:lang w:val="ru-RU"/>
        </w:rPr>
        <w:t>Тільки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після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проходження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повної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процедури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реєстрації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куратор </w:t>
      </w:r>
      <w:proofErr w:type="spellStart"/>
      <w:r w:rsidRPr="00905931">
        <w:rPr>
          <w:rFonts w:ascii="Times New Roman" w:hAnsi="Times New Roman" w:cs="Times New Roman"/>
          <w:lang w:val="ru-RU"/>
        </w:rPr>
        <w:t>активує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клієнту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доступ до </w:t>
      </w:r>
      <w:proofErr w:type="spellStart"/>
      <w:r w:rsidRPr="00905931">
        <w:rPr>
          <w:rFonts w:ascii="Times New Roman" w:hAnsi="Times New Roman" w:cs="Times New Roman"/>
          <w:lang w:val="ru-RU"/>
        </w:rPr>
        <w:t>мобільного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застосунку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05931">
        <w:rPr>
          <w:rFonts w:ascii="Times New Roman" w:hAnsi="Times New Roman" w:cs="Times New Roman"/>
          <w:lang w:val="ru-RU"/>
        </w:rPr>
        <w:t>відкриває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можливість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відвідувати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зал. </w:t>
      </w:r>
      <w:proofErr w:type="spellStart"/>
      <w:r w:rsidRPr="00905931">
        <w:rPr>
          <w:rFonts w:ascii="Times New Roman" w:hAnsi="Times New Roman" w:cs="Times New Roman"/>
          <w:lang w:val="ru-RU"/>
        </w:rPr>
        <w:t>Ця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процедура є разовою та </w:t>
      </w:r>
      <w:proofErr w:type="spellStart"/>
      <w:r w:rsidRPr="00905931">
        <w:rPr>
          <w:rFonts w:ascii="Times New Roman" w:hAnsi="Times New Roman" w:cs="Times New Roman"/>
          <w:lang w:val="ru-RU"/>
        </w:rPr>
        <w:t>здійснюється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під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905931">
        <w:rPr>
          <w:rFonts w:ascii="Times New Roman" w:hAnsi="Times New Roman" w:cs="Times New Roman"/>
          <w:lang w:val="ru-RU"/>
        </w:rPr>
        <w:t>першого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візиту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>-клубу.</w:t>
      </w:r>
    </w:p>
    <w:p w14:paraId="2C0FCF8F" w14:textId="77777777" w:rsidR="007E7855" w:rsidRPr="00905931" w:rsidRDefault="007E7855" w:rsidP="007E7855">
      <w:pPr>
        <w:spacing w:after="240"/>
        <w:jc w:val="both"/>
        <w:rPr>
          <w:rFonts w:ascii="Times New Roman" w:hAnsi="Times New Roman" w:cs="Times New Roman"/>
          <w:lang w:val="ru-RU"/>
        </w:rPr>
      </w:pPr>
      <w:r w:rsidRPr="00905931">
        <w:rPr>
          <w:rFonts w:ascii="Times New Roman" w:hAnsi="Times New Roman" w:cs="Times New Roman"/>
          <w:lang w:val="ru-RU"/>
        </w:rPr>
        <w:t xml:space="preserve">Я </w:t>
      </w:r>
      <w:proofErr w:type="spellStart"/>
      <w:r w:rsidRPr="00905931">
        <w:rPr>
          <w:rFonts w:ascii="Times New Roman" w:hAnsi="Times New Roman" w:cs="Times New Roman"/>
          <w:lang w:val="ru-RU"/>
        </w:rPr>
        <w:t>також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погоджуюсь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905931">
        <w:rPr>
          <w:rFonts w:ascii="Times New Roman" w:hAnsi="Times New Roman" w:cs="Times New Roman"/>
          <w:lang w:val="ru-RU"/>
        </w:rPr>
        <w:t>обов’язкове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завантаження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своєї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особистої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фотографії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905931">
        <w:rPr>
          <w:rFonts w:ascii="Times New Roman" w:hAnsi="Times New Roman" w:cs="Times New Roman"/>
          <w:lang w:val="ru-RU"/>
        </w:rPr>
        <w:t>профілю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905931">
        <w:rPr>
          <w:rFonts w:ascii="Times New Roman" w:hAnsi="Times New Roman" w:cs="Times New Roman"/>
          <w:lang w:val="ru-RU"/>
        </w:rPr>
        <w:t>мобільному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додатку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клубу. </w:t>
      </w:r>
      <w:proofErr w:type="spellStart"/>
      <w:r w:rsidRPr="00905931">
        <w:rPr>
          <w:rFonts w:ascii="Times New Roman" w:hAnsi="Times New Roman" w:cs="Times New Roman"/>
          <w:lang w:val="ru-RU"/>
        </w:rPr>
        <w:t>Фотографія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використовується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виключно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 метою </w:t>
      </w:r>
      <w:proofErr w:type="spellStart"/>
      <w:r w:rsidRPr="00905931">
        <w:rPr>
          <w:rFonts w:ascii="Times New Roman" w:hAnsi="Times New Roman" w:cs="Times New Roman"/>
          <w:lang w:val="ru-RU"/>
        </w:rPr>
        <w:t>ідентифікації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клієнта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905931">
        <w:rPr>
          <w:rFonts w:ascii="Times New Roman" w:hAnsi="Times New Roman" w:cs="Times New Roman"/>
          <w:lang w:val="ru-RU"/>
        </w:rPr>
        <w:t>вході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05931">
        <w:rPr>
          <w:rFonts w:ascii="Times New Roman" w:hAnsi="Times New Roman" w:cs="Times New Roman"/>
          <w:lang w:val="ru-RU"/>
        </w:rPr>
        <w:t>під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час </w:t>
      </w:r>
      <w:proofErr w:type="spellStart"/>
      <w:r w:rsidRPr="00905931">
        <w:rPr>
          <w:rFonts w:ascii="Times New Roman" w:hAnsi="Times New Roman" w:cs="Times New Roman"/>
          <w:lang w:val="ru-RU"/>
        </w:rPr>
        <w:t>користування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послугами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клубу. Я не маю </w:t>
      </w:r>
      <w:proofErr w:type="spellStart"/>
      <w:r w:rsidRPr="00905931">
        <w:rPr>
          <w:rFonts w:ascii="Times New Roman" w:hAnsi="Times New Roman" w:cs="Times New Roman"/>
          <w:lang w:val="ru-RU"/>
        </w:rPr>
        <w:t>заперечень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щодо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обробки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05931">
        <w:rPr>
          <w:rFonts w:ascii="Times New Roman" w:hAnsi="Times New Roman" w:cs="Times New Roman"/>
          <w:lang w:val="ru-RU"/>
        </w:rPr>
        <w:t>зберігання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персональних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даних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включно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05931">
        <w:rPr>
          <w:rFonts w:ascii="Times New Roman" w:hAnsi="Times New Roman" w:cs="Times New Roman"/>
          <w:lang w:val="ru-RU"/>
        </w:rPr>
        <w:t>фотографією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 чинного </w:t>
      </w:r>
      <w:proofErr w:type="spellStart"/>
      <w:r w:rsidRPr="00905931">
        <w:rPr>
          <w:rFonts w:ascii="Times New Roman" w:hAnsi="Times New Roman" w:cs="Times New Roman"/>
          <w:lang w:val="ru-RU"/>
        </w:rPr>
        <w:t>законодавства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України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. </w:t>
      </w:r>
    </w:p>
    <w:p w14:paraId="06F48A17" w14:textId="77777777" w:rsidR="00BF3225" w:rsidRPr="00905931" w:rsidRDefault="00BA44F6">
      <w:pPr>
        <w:spacing w:after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05931">
        <w:rPr>
          <w:rFonts w:ascii="Times New Roman" w:hAnsi="Times New Roman" w:cs="Times New Roman"/>
          <w:lang w:val="ru-RU"/>
        </w:rPr>
        <w:t>Мені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відомо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 </w:t>
      </w:r>
      <w:proofErr w:type="spellStart"/>
      <w:r w:rsidRPr="00905931">
        <w:rPr>
          <w:rFonts w:ascii="Times New Roman" w:hAnsi="Times New Roman" w:cs="Times New Roman"/>
          <w:lang w:val="ru-RU"/>
        </w:rPr>
        <w:t>функціонує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905931">
        <w:rPr>
          <w:rFonts w:ascii="Times New Roman" w:hAnsi="Times New Roman" w:cs="Times New Roman"/>
          <w:lang w:val="ru-RU"/>
        </w:rPr>
        <w:t>форматі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автоматизованих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процесів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із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максимальним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використанням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цифрових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технологій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905931">
        <w:rPr>
          <w:rFonts w:ascii="Times New Roman" w:hAnsi="Times New Roman" w:cs="Times New Roman"/>
          <w:lang w:val="ru-RU"/>
        </w:rPr>
        <w:t>Всі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дії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включно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05931">
        <w:rPr>
          <w:rFonts w:ascii="Times New Roman" w:hAnsi="Times New Roman" w:cs="Times New Roman"/>
          <w:lang w:val="ru-RU"/>
        </w:rPr>
        <w:t>реєстрацією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оплатою, </w:t>
      </w:r>
      <w:proofErr w:type="spellStart"/>
      <w:r w:rsidRPr="00905931">
        <w:rPr>
          <w:rFonts w:ascii="Times New Roman" w:hAnsi="Times New Roman" w:cs="Times New Roman"/>
          <w:lang w:val="ru-RU"/>
        </w:rPr>
        <w:t>бронюванням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послуг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контролем доступу до </w:t>
      </w:r>
      <w:proofErr w:type="spellStart"/>
      <w:r w:rsidRPr="00905931">
        <w:rPr>
          <w:rFonts w:ascii="Times New Roman" w:hAnsi="Times New Roman" w:cs="Times New Roman"/>
          <w:lang w:val="ru-RU"/>
        </w:rPr>
        <w:t>приміщення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05931">
        <w:rPr>
          <w:rFonts w:ascii="Times New Roman" w:hAnsi="Times New Roman" w:cs="Times New Roman"/>
          <w:lang w:val="ru-RU"/>
        </w:rPr>
        <w:t>взаємодією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05931">
        <w:rPr>
          <w:rFonts w:ascii="Times New Roman" w:hAnsi="Times New Roman" w:cs="Times New Roman"/>
          <w:lang w:val="ru-RU"/>
        </w:rPr>
        <w:t>адміністрацією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здійснюються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через </w:t>
      </w:r>
      <w:proofErr w:type="spellStart"/>
      <w:r w:rsidRPr="00905931">
        <w:rPr>
          <w:rFonts w:ascii="Times New Roman" w:hAnsi="Times New Roman" w:cs="Times New Roman"/>
          <w:lang w:val="ru-RU"/>
        </w:rPr>
        <w:t>мобільний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додаток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-клубу. Клуб не </w:t>
      </w:r>
      <w:proofErr w:type="spellStart"/>
      <w:r w:rsidRPr="00905931">
        <w:rPr>
          <w:rFonts w:ascii="Times New Roman" w:hAnsi="Times New Roman" w:cs="Times New Roman"/>
          <w:lang w:val="ru-RU"/>
        </w:rPr>
        <w:t>використовує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фізичні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картки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або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абонементи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доступ до клубу </w:t>
      </w:r>
      <w:proofErr w:type="spellStart"/>
      <w:r w:rsidRPr="00905931">
        <w:rPr>
          <w:rFonts w:ascii="Times New Roman" w:hAnsi="Times New Roman" w:cs="Times New Roman"/>
          <w:lang w:val="ru-RU"/>
        </w:rPr>
        <w:t>можливий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виключно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через </w:t>
      </w:r>
      <w:proofErr w:type="spellStart"/>
      <w:r w:rsidRPr="00905931">
        <w:rPr>
          <w:rFonts w:ascii="Times New Roman" w:hAnsi="Times New Roman" w:cs="Times New Roman"/>
          <w:lang w:val="ru-RU"/>
        </w:rPr>
        <w:t>мобільний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додаток</w:t>
      </w:r>
      <w:proofErr w:type="spellEnd"/>
      <w:r w:rsidRPr="00905931">
        <w:rPr>
          <w:rFonts w:ascii="Times New Roman" w:hAnsi="Times New Roman" w:cs="Times New Roman"/>
          <w:lang w:val="ru-RU"/>
        </w:rPr>
        <w:t>.</w:t>
      </w:r>
    </w:p>
    <w:p w14:paraId="373ACD0B" w14:textId="4F05C477" w:rsidR="007130AB" w:rsidRPr="00905931" w:rsidRDefault="007130AB">
      <w:pPr>
        <w:spacing w:after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05931">
        <w:rPr>
          <w:rFonts w:ascii="Times New Roman" w:hAnsi="Times New Roman" w:cs="Times New Roman"/>
          <w:lang w:val="ru-RU"/>
        </w:rPr>
        <w:lastRenderedPageBreak/>
        <w:t>Мені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відомо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кошти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905931">
        <w:rPr>
          <w:rFonts w:ascii="Times New Roman" w:hAnsi="Times New Roman" w:cs="Times New Roman"/>
          <w:lang w:val="ru-RU"/>
        </w:rPr>
        <w:t>придбаний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абонемент </w:t>
      </w:r>
      <w:proofErr w:type="spellStart"/>
      <w:r w:rsidRPr="00905931">
        <w:rPr>
          <w:rFonts w:ascii="Times New Roman" w:hAnsi="Times New Roman" w:cs="Times New Roman"/>
          <w:lang w:val="ru-RU"/>
        </w:rPr>
        <w:t>або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інші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оплачені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послуги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не </w:t>
      </w:r>
      <w:proofErr w:type="spellStart"/>
      <w:r w:rsidRPr="00905931">
        <w:rPr>
          <w:rFonts w:ascii="Times New Roman" w:hAnsi="Times New Roman" w:cs="Times New Roman"/>
          <w:lang w:val="ru-RU"/>
        </w:rPr>
        <w:t>повертаються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за </w:t>
      </w:r>
      <w:proofErr w:type="spellStart"/>
      <w:r w:rsidRPr="00905931">
        <w:rPr>
          <w:rFonts w:ascii="Times New Roman" w:hAnsi="Times New Roman" w:cs="Times New Roman"/>
          <w:lang w:val="ru-RU"/>
        </w:rPr>
        <w:t>винятком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випадків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коли </w:t>
      </w:r>
      <w:proofErr w:type="spellStart"/>
      <w:r w:rsidRPr="00905931">
        <w:rPr>
          <w:rFonts w:ascii="Times New Roman" w:hAnsi="Times New Roman" w:cs="Times New Roman"/>
          <w:lang w:val="ru-RU"/>
        </w:rPr>
        <w:t>неможливість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надання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послуг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виникла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 вини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>-клубу (</w:t>
      </w:r>
      <w:proofErr w:type="spellStart"/>
      <w:r w:rsidRPr="00905931">
        <w:rPr>
          <w:rFonts w:ascii="Times New Roman" w:hAnsi="Times New Roman" w:cs="Times New Roman"/>
          <w:lang w:val="ru-RU"/>
        </w:rPr>
        <w:t>наприклад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закриття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клубу </w:t>
      </w:r>
      <w:proofErr w:type="spellStart"/>
      <w:r w:rsidRPr="00905931">
        <w:rPr>
          <w:rFonts w:ascii="Times New Roman" w:hAnsi="Times New Roman" w:cs="Times New Roman"/>
          <w:lang w:val="ru-RU"/>
        </w:rPr>
        <w:t>або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тривалий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технічний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збій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905931">
        <w:rPr>
          <w:rFonts w:ascii="Times New Roman" w:hAnsi="Times New Roman" w:cs="Times New Roman"/>
          <w:lang w:val="ru-RU"/>
        </w:rPr>
        <w:t>роботі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системи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доступу).</w:t>
      </w:r>
    </w:p>
    <w:p w14:paraId="1CF3E475" w14:textId="77777777" w:rsidR="00BF3225" w:rsidRPr="00905931" w:rsidRDefault="00BA44F6">
      <w:pPr>
        <w:spacing w:after="240"/>
        <w:jc w:val="both"/>
        <w:rPr>
          <w:rFonts w:ascii="Times New Roman" w:hAnsi="Times New Roman" w:cs="Times New Roman"/>
          <w:lang w:val="ru-RU"/>
        </w:rPr>
      </w:pPr>
      <w:r w:rsidRPr="00905931">
        <w:rPr>
          <w:rFonts w:ascii="Times New Roman" w:hAnsi="Times New Roman" w:cs="Times New Roman"/>
          <w:lang w:val="ru-RU"/>
        </w:rPr>
        <w:t xml:space="preserve">У </w:t>
      </w:r>
      <w:proofErr w:type="spellStart"/>
      <w:r w:rsidRPr="00905931">
        <w:rPr>
          <w:rFonts w:ascii="Times New Roman" w:hAnsi="Times New Roman" w:cs="Times New Roman"/>
          <w:lang w:val="ru-RU"/>
        </w:rPr>
        <w:t>випадку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крадіжки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особистих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речей </w:t>
      </w:r>
      <w:proofErr w:type="spellStart"/>
      <w:r w:rsidRPr="00905931">
        <w:rPr>
          <w:rFonts w:ascii="Times New Roman" w:hAnsi="Times New Roman" w:cs="Times New Roman"/>
          <w:lang w:val="ru-RU"/>
        </w:rPr>
        <w:t>або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цінностей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905931">
        <w:rPr>
          <w:rFonts w:ascii="Times New Roman" w:hAnsi="Times New Roman" w:cs="Times New Roman"/>
          <w:lang w:val="ru-RU"/>
        </w:rPr>
        <w:t>приміщенні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-клубу, я не маю та не буду </w:t>
      </w:r>
      <w:proofErr w:type="spellStart"/>
      <w:r w:rsidRPr="00905931">
        <w:rPr>
          <w:rFonts w:ascii="Times New Roman" w:hAnsi="Times New Roman" w:cs="Times New Roman"/>
          <w:lang w:val="ru-RU"/>
        </w:rPr>
        <w:t>мати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претензій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905931">
        <w:rPr>
          <w:rFonts w:ascii="Times New Roman" w:hAnsi="Times New Roman" w:cs="Times New Roman"/>
          <w:lang w:val="ru-RU"/>
        </w:rPr>
        <w:t>адміністрації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клубу, </w:t>
      </w:r>
      <w:proofErr w:type="spellStart"/>
      <w:r w:rsidRPr="00905931">
        <w:rPr>
          <w:rFonts w:ascii="Times New Roman" w:hAnsi="Times New Roman" w:cs="Times New Roman"/>
          <w:lang w:val="ru-RU"/>
        </w:rPr>
        <w:t>оскільки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відповідальність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905931">
        <w:rPr>
          <w:rFonts w:ascii="Times New Roman" w:hAnsi="Times New Roman" w:cs="Times New Roman"/>
          <w:lang w:val="ru-RU"/>
        </w:rPr>
        <w:t>збереження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особистого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майна </w:t>
      </w:r>
      <w:proofErr w:type="spellStart"/>
      <w:r w:rsidRPr="00905931">
        <w:rPr>
          <w:rFonts w:ascii="Times New Roman" w:hAnsi="Times New Roman" w:cs="Times New Roman"/>
          <w:lang w:val="ru-RU"/>
        </w:rPr>
        <w:t>покладається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на самого </w:t>
      </w:r>
      <w:proofErr w:type="spellStart"/>
      <w:r w:rsidRPr="00905931">
        <w:rPr>
          <w:rFonts w:ascii="Times New Roman" w:hAnsi="Times New Roman" w:cs="Times New Roman"/>
          <w:lang w:val="ru-RU"/>
        </w:rPr>
        <w:t>клієнта</w:t>
      </w:r>
      <w:proofErr w:type="spellEnd"/>
      <w:r w:rsidRPr="00905931">
        <w:rPr>
          <w:rFonts w:ascii="Times New Roman" w:hAnsi="Times New Roman" w:cs="Times New Roman"/>
          <w:lang w:val="ru-RU"/>
        </w:rPr>
        <w:t>.</w:t>
      </w:r>
    </w:p>
    <w:p w14:paraId="539029C1" w14:textId="77777777" w:rsidR="00BF3225" w:rsidRPr="00905931" w:rsidRDefault="00BA44F6">
      <w:pPr>
        <w:spacing w:after="240"/>
        <w:jc w:val="both"/>
        <w:rPr>
          <w:rFonts w:ascii="Times New Roman" w:hAnsi="Times New Roman" w:cs="Times New Roman"/>
          <w:lang w:val="ru-RU"/>
        </w:rPr>
      </w:pPr>
      <w:r w:rsidRPr="00905931">
        <w:rPr>
          <w:rFonts w:ascii="Times New Roman" w:hAnsi="Times New Roman" w:cs="Times New Roman"/>
          <w:lang w:val="ru-RU"/>
        </w:rPr>
        <w:t xml:space="preserve">У </w:t>
      </w:r>
      <w:proofErr w:type="spellStart"/>
      <w:r w:rsidRPr="00905931">
        <w:rPr>
          <w:rFonts w:ascii="Times New Roman" w:hAnsi="Times New Roman" w:cs="Times New Roman"/>
          <w:lang w:val="ru-RU"/>
        </w:rPr>
        <w:t>випадку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пошкодження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обладнання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інвентарю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меблів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або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іншого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майна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-клубу з </w:t>
      </w:r>
      <w:proofErr w:type="spellStart"/>
      <w:r w:rsidRPr="00905931">
        <w:rPr>
          <w:rFonts w:ascii="Times New Roman" w:hAnsi="Times New Roman" w:cs="Times New Roman"/>
          <w:lang w:val="ru-RU"/>
        </w:rPr>
        <w:t>моєї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вини, я </w:t>
      </w:r>
      <w:proofErr w:type="spellStart"/>
      <w:r w:rsidRPr="00905931">
        <w:rPr>
          <w:rFonts w:ascii="Times New Roman" w:hAnsi="Times New Roman" w:cs="Times New Roman"/>
          <w:lang w:val="ru-RU"/>
        </w:rPr>
        <w:t>зобов’язуюсь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повністю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компенсувати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вартість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завданих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збитків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905931">
        <w:rPr>
          <w:rFonts w:ascii="Times New Roman" w:hAnsi="Times New Roman" w:cs="Times New Roman"/>
          <w:lang w:val="ru-RU"/>
        </w:rPr>
        <w:t>встановленої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адміністрацією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клубу </w:t>
      </w:r>
      <w:proofErr w:type="spellStart"/>
      <w:r w:rsidRPr="00905931">
        <w:rPr>
          <w:rFonts w:ascii="Times New Roman" w:hAnsi="Times New Roman" w:cs="Times New Roman"/>
          <w:lang w:val="ru-RU"/>
        </w:rPr>
        <w:t>оцінки</w:t>
      </w:r>
      <w:proofErr w:type="spellEnd"/>
      <w:r w:rsidRPr="00905931">
        <w:rPr>
          <w:rFonts w:ascii="Times New Roman" w:hAnsi="Times New Roman" w:cs="Times New Roman"/>
          <w:lang w:val="ru-RU"/>
        </w:rPr>
        <w:t>.</w:t>
      </w:r>
    </w:p>
    <w:p w14:paraId="560C7C24" w14:textId="03A7928B" w:rsidR="00672AD8" w:rsidRPr="00905931" w:rsidRDefault="00672AD8" w:rsidP="00672AD8">
      <w:pPr>
        <w:spacing w:after="240"/>
        <w:jc w:val="both"/>
        <w:rPr>
          <w:rFonts w:ascii="Times New Roman" w:hAnsi="Times New Roman" w:cs="Times New Roman"/>
          <w:lang w:val="uk-UA"/>
        </w:rPr>
      </w:pPr>
      <w:proofErr w:type="spellStart"/>
      <w:r w:rsidRPr="00905931">
        <w:rPr>
          <w:rFonts w:ascii="Times New Roman" w:hAnsi="Times New Roman" w:cs="Times New Roman"/>
          <w:lang w:val="ru-RU"/>
        </w:rPr>
        <w:t>Мені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відомо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та я </w:t>
      </w:r>
      <w:proofErr w:type="spellStart"/>
      <w:r w:rsidRPr="00905931">
        <w:rPr>
          <w:rFonts w:ascii="Times New Roman" w:hAnsi="Times New Roman" w:cs="Times New Roman"/>
          <w:lang w:val="ru-RU"/>
        </w:rPr>
        <w:t>підтверджую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ознайомлений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(а) з правилами </w:t>
      </w:r>
      <w:proofErr w:type="spellStart"/>
      <w:r w:rsidRPr="00905931">
        <w:rPr>
          <w:rFonts w:ascii="Times New Roman" w:hAnsi="Times New Roman" w:cs="Times New Roman"/>
          <w:lang w:val="ru-RU"/>
        </w:rPr>
        <w:t>внутрішнього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розпорядку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-клубу. Я </w:t>
      </w:r>
      <w:proofErr w:type="spellStart"/>
      <w:r w:rsidRPr="00905931">
        <w:rPr>
          <w:rFonts w:ascii="Times New Roman" w:hAnsi="Times New Roman" w:cs="Times New Roman"/>
          <w:lang w:val="ru-RU"/>
        </w:rPr>
        <w:t>зобов’язуюсь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дотримуватись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встановлених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правил </w:t>
      </w:r>
      <w:proofErr w:type="spellStart"/>
      <w:r w:rsidRPr="00905931">
        <w:rPr>
          <w:rFonts w:ascii="Times New Roman" w:hAnsi="Times New Roman" w:cs="Times New Roman"/>
          <w:lang w:val="ru-RU"/>
        </w:rPr>
        <w:t>поведінки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порядку </w:t>
      </w:r>
      <w:proofErr w:type="spellStart"/>
      <w:r w:rsidRPr="00905931">
        <w:rPr>
          <w:rFonts w:ascii="Times New Roman" w:hAnsi="Times New Roman" w:cs="Times New Roman"/>
          <w:lang w:val="ru-RU"/>
        </w:rPr>
        <w:t>користування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обладнанням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режиму </w:t>
      </w:r>
      <w:proofErr w:type="spellStart"/>
      <w:r w:rsidRPr="00905931">
        <w:rPr>
          <w:rFonts w:ascii="Times New Roman" w:hAnsi="Times New Roman" w:cs="Times New Roman"/>
          <w:lang w:val="ru-RU"/>
        </w:rPr>
        <w:t>відвідування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санітарно-гігієнічних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норм та </w:t>
      </w:r>
      <w:proofErr w:type="spellStart"/>
      <w:r w:rsidRPr="00905931">
        <w:rPr>
          <w:rFonts w:ascii="Times New Roman" w:hAnsi="Times New Roman" w:cs="Times New Roman"/>
          <w:lang w:val="ru-RU"/>
        </w:rPr>
        <w:t>інших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r w:rsidR="00BA35B5" w:rsidRPr="00905931">
        <w:rPr>
          <w:rFonts w:ascii="Times New Roman" w:hAnsi="Times New Roman" w:cs="Times New Roman"/>
          <w:lang w:val="ru-RU"/>
        </w:rPr>
        <w:t xml:space="preserve"> </w:t>
      </w:r>
    </w:p>
    <w:p w14:paraId="38035209" w14:textId="77777777" w:rsidR="00672AD8" w:rsidRPr="00905931" w:rsidRDefault="00672AD8" w:rsidP="00672AD8">
      <w:pPr>
        <w:spacing w:after="240"/>
        <w:jc w:val="both"/>
        <w:rPr>
          <w:rFonts w:ascii="Times New Roman" w:hAnsi="Times New Roman" w:cs="Times New Roman"/>
          <w:lang w:val="ru-RU"/>
        </w:rPr>
      </w:pPr>
      <w:r w:rsidRPr="00905931">
        <w:rPr>
          <w:rFonts w:ascii="Times New Roman" w:hAnsi="Times New Roman" w:cs="Times New Roman"/>
          <w:lang w:val="ru-RU"/>
        </w:rPr>
        <w:t xml:space="preserve">Я </w:t>
      </w:r>
      <w:proofErr w:type="spellStart"/>
      <w:r w:rsidRPr="00905931">
        <w:rPr>
          <w:rFonts w:ascii="Times New Roman" w:hAnsi="Times New Roman" w:cs="Times New Roman"/>
          <w:lang w:val="ru-RU"/>
        </w:rPr>
        <w:t>також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погоджуюсь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05931">
        <w:rPr>
          <w:rFonts w:ascii="Times New Roman" w:hAnsi="Times New Roman" w:cs="Times New Roman"/>
          <w:lang w:val="ru-RU"/>
        </w:rPr>
        <w:t>тим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всі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нововведення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зміни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в правилах, </w:t>
      </w:r>
      <w:proofErr w:type="spellStart"/>
      <w:r w:rsidRPr="00905931">
        <w:rPr>
          <w:rFonts w:ascii="Times New Roman" w:hAnsi="Times New Roman" w:cs="Times New Roman"/>
          <w:lang w:val="ru-RU"/>
        </w:rPr>
        <w:t>послугах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або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організаційних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моментах, </w:t>
      </w:r>
      <w:proofErr w:type="spellStart"/>
      <w:r w:rsidRPr="00905931">
        <w:rPr>
          <w:rFonts w:ascii="Times New Roman" w:hAnsi="Times New Roman" w:cs="Times New Roman"/>
          <w:lang w:val="ru-RU"/>
        </w:rPr>
        <w:t>які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впроваджує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-клуб, є </w:t>
      </w:r>
      <w:proofErr w:type="spellStart"/>
      <w:r w:rsidRPr="00905931">
        <w:rPr>
          <w:rFonts w:ascii="Times New Roman" w:hAnsi="Times New Roman" w:cs="Times New Roman"/>
          <w:lang w:val="ru-RU"/>
        </w:rPr>
        <w:t>обов’язковими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905931">
        <w:rPr>
          <w:rFonts w:ascii="Times New Roman" w:hAnsi="Times New Roman" w:cs="Times New Roman"/>
          <w:lang w:val="ru-RU"/>
        </w:rPr>
        <w:t>виконання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. Я не маю та не буду </w:t>
      </w:r>
      <w:proofErr w:type="spellStart"/>
      <w:r w:rsidRPr="00905931">
        <w:rPr>
          <w:rFonts w:ascii="Times New Roman" w:hAnsi="Times New Roman" w:cs="Times New Roman"/>
          <w:lang w:val="ru-RU"/>
        </w:rPr>
        <w:t>мати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претензій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-клубу у </w:t>
      </w:r>
      <w:proofErr w:type="spellStart"/>
      <w:r w:rsidRPr="00905931">
        <w:rPr>
          <w:rFonts w:ascii="Times New Roman" w:hAnsi="Times New Roman" w:cs="Times New Roman"/>
          <w:lang w:val="ru-RU"/>
        </w:rPr>
        <w:t>зв’язку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з такими </w:t>
      </w:r>
      <w:proofErr w:type="spellStart"/>
      <w:r w:rsidRPr="00905931">
        <w:rPr>
          <w:rFonts w:ascii="Times New Roman" w:hAnsi="Times New Roman" w:cs="Times New Roman"/>
          <w:lang w:val="ru-RU"/>
        </w:rPr>
        <w:t>змінами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за </w:t>
      </w:r>
      <w:proofErr w:type="spellStart"/>
      <w:r w:rsidRPr="00905931">
        <w:rPr>
          <w:rFonts w:ascii="Times New Roman" w:hAnsi="Times New Roman" w:cs="Times New Roman"/>
          <w:lang w:val="ru-RU"/>
        </w:rPr>
        <w:t>умови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попереднього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інформування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мене про них.</w:t>
      </w:r>
    </w:p>
    <w:p w14:paraId="726EFEC1" w14:textId="77777777" w:rsidR="00672AD8" w:rsidRPr="00905931" w:rsidRDefault="00672AD8" w:rsidP="00672AD8">
      <w:pPr>
        <w:spacing w:after="240"/>
        <w:jc w:val="both"/>
        <w:rPr>
          <w:rFonts w:ascii="Times New Roman" w:hAnsi="Times New Roman" w:cs="Times New Roman"/>
          <w:lang w:val="ru-RU"/>
        </w:rPr>
      </w:pPr>
      <w:r w:rsidRPr="00905931">
        <w:rPr>
          <w:rFonts w:ascii="Times New Roman" w:hAnsi="Times New Roman" w:cs="Times New Roman"/>
          <w:lang w:val="ru-RU"/>
        </w:rPr>
        <w:t xml:space="preserve">Я </w:t>
      </w:r>
      <w:proofErr w:type="spellStart"/>
      <w:r w:rsidRPr="00905931">
        <w:rPr>
          <w:rFonts w:ascii="Times New Roman" w:hAnsi="Times New Roman" w:cs="Times New Roman"/>
          <w:lang w:val="ru-RU"/>
        </w:rPr>
        <w:t>повідомлений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(а), 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графік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роботи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-клубу, </w:t>
      </w:r>
      <w:proofErr w:type="spellStart"/>
      <w:r w:rsidRPr="00905931">
        <w:rPr>
          <w:rFonts w:ascii="Times New Roman" w:hAnsi="Times New Roman" w:cs="Times New Roman"/>
          <w:lang w:val="ru-RU"/>
        </w:rPr>
        <w:t>перелік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послуг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r w:rsidRPr="00905931">
        <w:rPr>
          <w:rFonts w:ascii="Times New Roman" w:hAnsi="Times New Roman" w:cs="Times New Roman"/>
          <w:lang w:val="uk-UA"/>
        </w:rPr>
        <w:t>тарифи клубу</w:t>
      </w:r>
      <w:r w:rsidRPr="00905931">
        <w:rPr>
          <w:rFonts w:ascii="Times New Roman" w:hAnsi="Times New Roman" w:cs="Times New Roman"/>
          <w:lang w:val="ru-RU"/>
        </w:rPr>
        <w:t xml:space="preserve"> а </w:t>
      </w:r>
      <w:proofErr w:type="spellStart"/>
      <w:r w:rsidRPr="00905931">
        <w:rPr>
          <w:rFonts w:ascii="Times New Roman" w:hAnsi="Times New Roman" w:cs="Times New Roman"/>
          <w:lang w:val="ru-RU"/>
        </w:rPr>
        <w:t>також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вихідні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можуть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змінюватися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про </w:t>
      </w:r>
      <w:proofErr w:type="spellStart"/>
      <w:r w:rsidRPr="00905931">
        <w:rPr>
          <w:rFonts w:ascii="Times New Roman" w:hAnsi="Times New Roman" w:cs="Times New Roman"/>
          <w:lang w:val="ru-RU"/>
        </w:rPr>
        <w:t>що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адміністрація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клубу </w:t>
      </w:r>
      <w:proofErr w:type="spellStart"/>
      <w:r w:rsidRPr="00905931">
        <w:rPr>
          <w:rFonts w:ascii="Times New Roman" w:hAnsi="Times New Roman" w:cs="Times New Roman"/>
          <w:lang w:val="ru-RU"/>
        </w:rPr>
        <w:t>зобов’язується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завчасно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інформувати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клієнтів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905931">
        <w:rPr>
          <w:rFonts w:ascii="Times New Roman" w:hAnsi="Times New Roman" w:cs="Times New Roman"/>
          <w:lang w:val="ru-RU"/>
        </w:rPr>
        <w:t>офіційному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мобільному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додатку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та на </w:t>
      </w:r>
      <w:proofErr w:type="spellStart"/>
      <w:r w:rsidRPr="00905931">
        <w:rPr>
          <w:rFonts w:ascii="Times New Roman" w:hAnsi="Times New Roman" w:cs="Times New Roman"/>
          <w:lang w:val="ru-RU"/>
        </w:rPr>
        <w:t>сайті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клубу за </w:t>
      </w:r>
      <w:proofErr w:type="spellStart"/>
      <w:r w:rsidRPr="00905931">
        <w:rPr>
          <w:rFonts w:ascii="Times New Roman" w:hAnsi="Times New Roman" w:cs="Times New Roman"/>
          <w:lang w:val="ru-RU"/>
        </w:rPr>
        <w:t>адресою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: </w:t>
      </w:r>
      <w:r w:rsidRPr="00905931">
        <w:rPr>
          <w:rFonts w:ascii="Times New Roman" w:hAnsi="Times New Roman" w:cs="Times New Roman"/>
        </w:rPr>
        <w:t>https</w:t>
      </w:r>
      <w:r w:rsidRPr="00905931">
        <w:rPr>
          <w:rFonts w:ascii="Times New Roman" w:hAnsi="Times New Roman" w:cs="Times New Roman"/>
          <w:lang w:val="ru-RU"/>
        </w:rPr>
        <w:t>://</w:t>
      </w:r>
      <w:r w:rsidRPr="00905931">
        <w:rPr>
          <w:rFonts w:ascii="Times New Roman" w:hAnsi="Times New Roman" w:cs="Times New Roman"/>
        </w:rPr>
        <w:t>www</w:t>
      </w:r>
      <w:r w:rsidRPr="00905931">
        <w:rPr>
          <w:rFonts w:ascii="Times New Roman" w:hAnsi="Times New Roman" w:cs="Times New Roman"/>
          <w:lang w:val="ru-RU"/>
        </w:rPr>
        <w:t>.</w:t>
      </w:r>
      <w:proofErr w:type="spellStart"/>
      <w:r w:rsidRPr="00905931">
        <w:rPr>
          <w:rFonts w:ascii="Times New Roman" w:hAnsi="Times New Roman" w:cs="Times New Roman"/>
        </w:rPr>
        <w:t>onexgym</w:t>
      </w:r>
      <w:proofErr w:type="spellEnd"/>
      <w:r w:rsidRPr="00905931">
        <w:rPr>
          <w:rFonts w:ascii="Times New Roman" w:hAnsi="Times New Roman" w:cs="Times New Roman"/>
          <w:lang w:val="ru-RU"/>
        </w:rPr>
        <w:t>.</w:t>
      </w:r>
      <w:r w:rsidRPr="00905931">
        <w:rPr>
          <w:rFonts w:ascii="Times New Roman" w:hAnsi="Times New Roman" w:cs="Times New Roman"/>
        </w:rPr>
        <w:t>com</w:t>
      </w:r>
      <w:r w:rsidRPr="00905931">
        <w:rPr>
          <w:rFonts w:ascii="Times New Roman" w:hAnsi="Times New Roman" w:cs="Times New Roman"/>
          <w:lang w:val="ru-RU"/>
        </w:rPr>
        <w:t>.</w:t>
      </w:r>
      <w:proofErr w:type="spellStart"/>
      <w:r w:rsidRPr="00905931">
        <w:rPr>
          <w:rFonts w:ascii="Times New Roman" w:hAnsi="Times New Roman" w:cs="Times New Roman"/>
        </w:rPr>
        <w:t>ua</w:t>
      </w:r>
      <w:proofErr w:type="spellEnd"/>
      <w:r w:rsidRPr="00905931">
        <w:rPr>
          <w:rFonts w:ascii="Times New Roman" w:hAnsi="Times New Roman" w:cs="Times New Roman"/>
          <w:lang w:val="ru-RU"/>
        </w:rPr>
        <w:t>/.</w:t>
      </w:r>
    </w:p>
    <w:p w14:paraId="47DBCB21" w14:textId="7DC80D73" w:rsidR="00672AD8" w:rsidRPr="00905931" w:rsidRDefault="00672AD8">
      <w:pPr>
        <w:spacing w:after="240"/>
        <w:jc w:val="both"/>
        <w:rPr>
          <w:rFonts w:ascii="Times New Roman" w:hAnsi="Times New Roman" w:cs="Times New Roman"/>
          <w:lang w:val="ru-RU"/>
        </w:rPr>
      </w:pPr>
      <w:r w:rsidRPr="00905931">
        <w:rPr>
          <w:rFonts w:ascii="Times New Roman" w:hAnsi="Times New Roman" w:cs="Times New Roman"/>
          <w:lang w:val="ru-RU"/>
        </w:rPr>
        <w:t xml:space="preserve">Я </w:t>
      </w:r>
      <w:proofErr w:type="spellStart"/>
      <w:r w:rsidRPr="00905931">
        <w:rPr>
          <w:rFonts w:ascii="Times New Roman" w:hAnsi="Times New Roman" w:cs="Times New Roman"/>
          <w:lang w:val="ru-RU"/>
        </w:rPr>
        <w:t>зобов’язуюсь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поводити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себе </w:t>
      </w:r>
      <w:proofErr w:type="spellStart"/>
      <w:r w:rsidRPr="00905931">
        <w:rPr>
          <w:rFonts w:ascii="Times New Roman" w:hAnsi="Times New Roman" w:cs="Times New Roman"/>
          <w:lang w:val="ru-RU"/>
        </w:rPr>
        <w:t>належним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чином, </w:t>
      </w:r>
      <w:proofErr w:type="spellStart"/>
      <w:r w:rsidRPr="00905931">
        <w:rPr>
          <w:rFonts w:ascii="Times New Roman" w:hAnsi="Times New Roman" w:cs="Times New Roman"/>
          <w:lang w:val="ru-RU"/>
        </w:rPr>
        <w:t>дотримуватись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етичних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норм </w:t>
      </w:r>
      <w:proofErr w:type="spellStart"/>
      <w:r w:rsidRPr="00905931">
        <w:rPr>
          <w:rFonts w:ascii="Times New Roman" w:hAnsi="Times New Roman" w:cs="Times New Roman"/>
          <w:lang w:val="ru-RU"/>
        </w:rPr>
        <w:t>поведінки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05931">
        <w:rPr>
          <w:rFonts w:ascii="Times New Roman" w:hAnsi="Times New Roman" w:cs="Times New Roman"/>
          <w:lang w:val="ru-RU"/>
        </w:rPr>
        <w:t>поважати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інших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клієнтів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та персонал клубу, не </w:t>
      </w:r>
      <w:proofErr w:type="spellStart"/>
      <w:r w:rsidRPr="00905931">
        <w:rPr>
          <w:rFonts w:ascii="Times New Roman" w:hAnsi="Times New Roman" w:cs="Times New Roman"/>
          <w:lang w:val="ru-RU"/>
        </w:rPr>
        <w:t>порушувати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громадський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порядок та не </w:t>
      </w:r>
      <w:proofErr w:type="spellStart"/>
      <w:r w:rsidRPr="00905931">
        <w:rPr>
          <w:rFonts w:ascii="Times New Roman" w:hAnsi="Times New Roman" w:cs="Times New Roman"/>
          <w:lang w:val="ru-RU"/>
        </w:rPr>
        <w:t>створювати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конфліктні</w:t>
      </w:r>
      <w:proofErr w:type="spellEnd"/>
      <w:r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05931">
        <w:rPr>
          <w:rFonts w:ascii="Times New Roman" w:hAnsi="Times New Roman" w:cs="Times New Roman"/>
          <w:lang w:val="ru-RU"/>
        </w:rPr>
        <w:t>ситуації</w:t>
      </w:r>
      <w:proofErr w:type="spellEnd"/>
      <w:r w:rsidRPr="00905931">
        <w:rPr>
          <w:rFonts w:ascii="Times New Roman" w:hAnsi="Times New Roman" w:cs="Times New Roman"/>
          <w:lang w:val="ru-RU"/>
        </w:rPr>
        <w:t>.</w:t>
      </w:r>
    </w:p>
    <w:p w14:paraId="78ECB3E5" w14:textId="3F9697E2" w:rsidR="00BF3225" w:rsidRPr="00905931" w:rsidRDefault="00905931" w:rsidP="00723DDE">
      <w:pPr>
        <w:spacing w:after="24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Я</w:t>
      </w:r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також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підтверджую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свою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повну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згоду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умовами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публічного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договору-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оферти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розміщеного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на</w:t>
      </w:r>
      <w:r w:rsidR="00672AD8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офіційному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сайті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фітнес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>-клубу</w:t>
      </w:r>
      <w:r w:rsidR="00672AD8" w:rsidRPr="00905931">
        <w:rPr>
          <w:rFonts w:ascii="Times New Roman" w:hAnsi="Times New Roman" w:cs="Times New Roman"/>
          <w:lang w:val="ru-RU"/>
        </w:rPr>
        <w:t xml:space="preserve"> </w:t>
      </w:r>
      <w:hyperlink r:id="rId10" w:history="1">
        <w:r w:rsidR="00672AD8" w:rsidRPr="00905931">
          <w:rPr>
            <w:rStyle w:val="affa"/>
            <w:rFonts w:ascii="Times New Roman" w:hAnsi="Times New Roman" w:cs="Times New Roman"/>
          </w:rPr>
          <w:t>https</w:t>
        </w:r>
        <w:r w:rsidR="00672AD8" w:rsidRPr="00905931">
          <w:rPr>
            <w:rStyle w:val="affa"/>
            <w:rFonts w:ascii="Times New Roman" w:hAnsi="Times New Roman" w:cs="Times New Roman"/>
            <w:lang w:val="ru-RU"/>
          </w:rPr>
          <w:t>://</w:t>
        </w:r>
        <w:r w:rsidR="00672AD8" w:rsidRPr="00905931">
          <w:rPr>
            <w:rStyle w:val="affa"/>
            <w:rFonts w:ascii="Times New Roman" w:hAnsi="Times New Roman" w:cs="Times New Roman"/>
          </w:rPr>
          <w:t>www</w:t>
        </w:r>
        <w:r w:rsidR="00672AD8" w:rsidRPr="00905931">
          <w:rPr>
            <w:rStyle w:val="affa"/>
            <w:rFonts w:ascii="Times New Roman" w:hAnsi="Times New Roman" w:cs="Times New Roman"/>
            <w:lang w:val="ru-RU"/>
          </w:rPr>
          <w:t>.</w:t>
        </w:r>
        <w:proofErr w:type="spellStart"/>
        <w:r w:rsidR="00672AD8" w:rsidRPr="00905931">
          <w:rPr>
            <w:rStyle w:val="affa"/>
            <w:rFonts w:ascii="Times New Roman" w:hAnsi="Times New Roman" w:cs="Times New Roman"/>
          </w:rPr>
          <w:t>onexgym</w:t>
        </w:r>
        <w:proofErr w:type="spellEnd"/>
        <w:r w:rsidR="00672AD8" w:rsidRPr="00905931">
          <w:rPr>
            <w:rStyle w:val="affa"/>
            <w:rFonts w:ascii="Times New Roman" w:hAnsi="Times New Roman" w:cs="Times New Roman"/>
            <w:lang w:val="ru-RU"/>
          </w:rPr>
          <w:t>.</w:t>
        </w:r>
        <w:r w:rsidR="00672AD8" w:rsidRPr="00905931">
          <w:rPr>
            <w:rStyle w:val="affa"/>
            <w:rFonts w:ascii="Times New Roman" w:hAnsi="Times New Roman" w:cs="Times New Roman"/>
          </w:rPr>
          <w:t>com</w:t>
        </w:r>
        <w:r w:rsidR="00672AD8" w:rsidRPr="00905931">
          <w:rPr>
            <w:rStyle w:val="affa"/>
            <w:rFonts w:ascii="Times New Roman" w:hAnsi="Times New Roman" w:cs="Times New Roman"/>
            <w:lang w:val="ru-RU"/>
          </w:rPr>
          <w:t>.</w:t>
        </w:r>
        <w:proofErr w:type="spellStart"/>
        <w:r w:rsidR="00672AD8" w:rsidRPr="00905931">
          <w:rPr>
            <w:rStyle w:val="affa"/>
            <w:rFonts w:ascii="Times New Roman" w:hAnsi="Times New Roman" w:cs="Times New Roman"/>
          </w:rPr>
          <w:t>ua</w:t>
        </w:r>
        <w:proofErr w:type="spellEnd"/>
        <w:r w:rsidR="00672AD8" w:rsidRPr="00905931">
          <w:rPr>
            <w:rStyle w:val="affa"/>
            <w:rFonts w:ascii="Times New Roman" w:hAnsi="Times New Roman" w:cs="Times New Roman"/>
            <w:lang w:val="ru-RU"/>
          </w:rPr>
          <w:t>/</w:t>
        </w:r>
      </w:hyperlink>
      <w:r w:rsidR="00672AD8" w:rsidRPr="00905931">
        <w:rPr>
          <w:rFonts w:ascii="Times New Roman" w:hAnsi="Times New Roman" w:cs="Times New Roman"/>
          <w:lang w:val="uk-UA"/>
        </w:rPr>
        <w:t xml:space="preserve"> </w:t>
      </w:r>
      <w:r w:rsidR="00BA44F6" w:rsidRPr="00905931">
        <w:rPr>
          <w:rFonts w:ascii="Times New Roman" w:hAnsi="Times New Roman" w:cs="Times New Roman"/>
          <w:lang w:val="ru-RU"/>
        </w:rPr>
        <w:t xml:space="preserve">та у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мобільному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застосунку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. Я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ознайомлений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(а) з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цим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договором і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зобов’язуюсь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дотримуватись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його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умов.</w:t>
      </w:r>
      <w:r w:rsidR="00672AD8" w:rsidRPr="00905931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Я</w:t>
      </w:r>
      <w:r w:rsidR="00BA44F6" w:rsidRPr="00905931">
        <w:rPr>
          <w:rFonts w:ascii="Times New Roman" w:hAnsi="Times New Roman" w:cs="Times New Roman"/>
          <w:lang w:val="ru-RU"/>
        </w:rPr>
        <w:t xml:space="preserve"> п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ідтверджую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достовірність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вказаної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мною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інформації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, а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також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згоду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усіма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вище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44F6" w:rsidRPr="00905931">
        <w:rPr>
          <w:rFonts w:ascii="Times New Roman" w:hAnsi="Times New Roman" w:cs="Times New Roman"/>
          <w:lang w:val="ru-RU"/>
        </w:rPr>
        <w:t>викладеними</w:t>
      </w:r>
      <w:proofErr w:type="spellEnd"/>
      <w:r w:rsidR="00BA44F6" w:rsidRPr="00905931">
        <w:rPr>
          <w:rFonts w:ascii="Times New Roman" w:hAnsi="Times New Roman" w:cs="Times New Roman"/>
          <w:lang w:val="ru-RU"/>
        </w:rPr>
        <w:t xml:space="preserve"> пунктами.</w:t>
      </w:r>
    </w:p>
    <w:sectPr w:rsidR="00BF3225" w:rsidRPr="00905931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4D5E9" w14:textId="77777777" w:rsidR="00E10B4B" w:rsidRDefault="00E10B4B" w:rsidP="008555CF">
      <w:pPr>
        <w:spacing w:after="0" w:line="240" w:lineRule="auto"/>
      </w:pPr>
      <w:r>
        <w:separator/>
      </w:r>
    </w:p>
  </w:endnote>
  <w:endnote w:type="continuationSeparator" w:id="0">
    <w:p w14:paraId="656CCE68" w14:textId="77777777" w:rsidR="00E10B4B" w:rsidRDefault="00E10B4B" w:rsidP="0085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83186" w14:textId="77777777" w:rsidR="008555CF" w:rsidRDefault="008555C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6432A" w14:textId="77777777" w:rsidR="008555CF" w:rsidRDefault="008555C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75BC" w14:textId="77777777" w:rsidR="008555CF" w:rsidRDefault="008555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BAEFF" w14:textId="77777777" w:rsidR="00E10B4B" w:rsidRDefault="00E10B4B" w:rsidP="008555CF">
      <w:pPr>
        <w:spacing w:after="0" w:line="240" w:lineRule="auto"/>
      </w:pPr>
      <w:r>
        <w:separator/>
      </w:r>
    </w:p>
  </w:footnote>
  <w:footnote w:type="continuationSeparator" w:id="0">
    <w:p w14:paraId="17F3B3A3" w14:textId="77777777" w:rsidR="00E10B4B" w:rsidRDefault="00E10B4B" w:rsidP="00855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DD7C" w14:textId="1B39E29C" w:rsidR="008555CF" w:rsidRDefault="00E10B4B">
    <w:pPr>
      <w:pStyle w:val="a5"/>
    </w:pPr>
    <w:r>
      <w:rPr>
        <w:noProof/>
      </w:rPr>
      <w:pict w14:anchorId="16B74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0031657" o:spid="_x0000_s2050" type="#_x0000_t75" style="position:absolute;margin-left:0;margin-top:0;width:450pt;height:87pt;z-index:-251657216;mso-position-horizontal:center;mso-position-horizontal-relative:margin;mso-position-vertical:center;mso-position-vertical-relative:margin" o:allowincell="f">
          <v:imagedata r:id="rId1" o:title="onex-logo-do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A4D01" w14:textId="0F80164E" w:rsidR="008555CF" w:rsidRDefault="00E10B4B">
    <w:pPr>
      <w:pStyle w:val="a5"/>
    </w:pPr>
    <w:r>
      <w:rPr>
        <w:noProof/>
      </w:rPr>
      <w:pict w14:anchorId="3FE458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0031658" o:spid="_x0000_s2051" type="#_x0000_t75" style="position:absolute;margin-left:0;margin-top:0;width:450pt;height:87pt;z-index:-251656192;mso-position-horizontal:center;mso-position-horizontal-relative:margin;mso-position-vertical:center;mso-position-vertical-relative:margin" o:allowincell="f">
          <v:imagedata r:id="rId1" o:title="onex-logo-do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ED91" w14:textId="5F955023" w:rsidR="008555CF" w:rsidRDefault="00E10B4B">
    <w:pPr>
      <w:pStyle w:val="a5"/>
    </w:pPr>
    <w:r>
      <w:rPr>
        <w:noProof/>
      </w:rPr>
      <w:pict w14:anchorId="7E303A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0031656" o:spid="_x0000_s2049" type="#_x0000_t75" style="position:absolute;margin-left:0;margin-top:0;width:450pt;height:87pt;z-index:-251658240;mso-position-horizontal:center;mso-position-horizontal-relative:margin;mso-position-vertical:center;mso-position-vertical-relative:margin" o:allowincell="f">
          <v:imagedata r:id="rId1" o:title="onex-logo-do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356"/>
    <w:rsid w:val="00034616"/>
    <w:rsid w:val="000567C9"/>
    <w:rsid w:val="0006063C"/>
    <w:rsid w:val="000A732C"/>
    <w:rsid w:val="0015074B"/>
    <w:rsid w:val="001E36FA"/>
    <w:rsid w:val="0029639D"/>
    <w:rsid w:val="002D4EAC"/>
    <w:rsid w:val="003116B0"/>
    <w:rsid w:val="00326F90"/>
    <w:rsid w:val="00353431"/>
    <w:rsid w:val="004A366D"/>
    <w:rsid w:val="004C6CBE"/>
    <w:rsid w:val="00586DBC"/>
    <w:rsid w:val="00672AD8"/>
    <w:rsid w:val="007130AB"/>
    <w:rsid w:val="00723DDE"/>
    <w:rsid w:val="00732E0D"/>
    <w:rsid w:val="007B5D27"/>
    <w:rsid w:val="007E7855"/>
    <w:rsid w:val="0081016E"/>
    <w:rsid w:val="008555CF"/>
    <w:rsid w:val="00905931"/>
    <w:rsid w:val="0096542C"/>
    <w:rsid w:val="00AA1D8D"/>
    <w:rsid w:val="00AF6E26"/>
    <w:rsid w:val="00B47730"/>
    <w:rsid w:val="00BA35B5"/>
    <w:rsid w:val="00BA44F6"/>
    <w:rsid w:val="00BA5959"/>
    <w:rsid w:val="00BD7A61"/>
    <w:rsid w:val="00BF3225"/>
    <w:rsid w:val="00CA1CFC"/>
    <w:rsid w:val="00CB0664"/>
    <w:rsid w:val="00DF5191"/>
    <w:rsid w:val="00E10B4B"/>
    <w:rsid w:val="00F637C7"/>
    <w:rsid w:val="00FC51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94596A1"/>
  <w14:defaultImageDpi w14:val="300"/>
  <w15:docId w15:val="{07810A39-D684-48B9-B8C6-5AC63EB9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672AD8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672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onexgym.com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exgym.com.ua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2789</Words>
  <Characters>1590</Characters>
  <Application>Microsoft Office Word</Application>
  <DocSecurity>0</DocSecurity>
  <Lines>13</Lines>
  <Paragraphs>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4371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5</cp:revision>
  <cp:lastPrinted>2026-07-07T15:40:00Z</cp:lastPrinted>
  <dcterms:created xsi:type="dcterms:W3CDTF">2026-07-28T08:44:00Z</dcterms:created>
  <dcterms:modified xsi:type="dcterms:W3CDTF">2026-07-28T08:47:00Z</dcterms:modified>
  <cp:category/>
</cp:coreProperties>
</file>